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color w:val="C0392B"/>
          <w:sz w:val="18"/>
        </w:rPr>
        <w:t>【使い方】対応した本人が、できるだけ早く書きます。書きにくいところは空けたままで構いません。（この段落は使うときに消してください）</w:t>
      </w:r>
    </w:p>
    <w:p>
      <w:pPr>
        <w:pStyle w:val="Title"/>
      </w:pPr>
      <w:r>
        <w:t>カスタマーハラスメント 事案記録票</w:t>
      </w:r>
    </w:p>
    <w:tbl>
      <w:tblPr>
        <w:tblStyle w:val="TableGrid"/>
        <w:tblW w:type="auto" w:w="0"/>
        <w:jc w:val="center"/>
        <w:tblBorders>
          <w:top w:val="single" w:sz="6" w:color="808080"/>
          <w:left w:val="single" w:sz="6" w:color="808080"/>
          <w:bottom w:val="single" w:sz="6" w:color="808080"/>
          <w:right w:val="single" w:sz="6" w:color="808080"/>
          <w:insideH w:val="single" w:sz="6" w:color="808080"/>
          <w:insideV w:val="single" w:sz="6" w:color="808080"/>
        </w:tblBorders>
        <w:tblLayout w:type="fixed"/>
        <w:tblLook w:firstColumn="1" w:firstRow="1" w:lastColumn="0" w:lastRow="0" w:noHBand="0" w:noVBand="1" w:val="04A0"/>
      </w:tblPr>
      <w:tblGrid>
        <w:gridCol w:w="1587"/>
        <w:gridCol w:w="3118"/>
        <w:gridCol w:w="1587"/>
        <w:gridCol w:w="2778"/>
      </w:tblGrid>
      <w:tr>
        <w:tc>
          <w:tcPr>
            <w:tcW w:type="dxa" w:w="1587"/>
          </w:tcPr>
          <w:p>
            <w:r/>
            <w:r>
              <w:t>記録した日</w:t>
            </w:r>
          </w:p>
        </w:tc>
        <w:tc>
          <w:tcPr>
            <w:tcW w:type="dxa" w:w="3118"/>
          </w:tcPr>
          <w:p>
            <w:r/>
            <w:r>
              <w:t xml:space="preserve">　　年　　月　　日</w:t>
            </w:r>
          </w:p>
        </w:tc>
        <w:tc>
          <w:tcPr>
            <w:tcW w:type="dxa" w:w="1587"/>
          </w:tcPr>
          <w:p>
            <w:r/>
            <w:r>
              <w:t>記録した人</w:t>
            </w:r>
          </w:p>
        </w:tc>
        <w:tc>
          <w:tcPr>
            <w:tcW w:type="dxa" w:w="2778"/>
          </w:tcPr>
          <w:p>
            <w:r/>
          </w:p>
        </w:tc>
      </w:tr>
      <w:tr>
        <w:tc>
          <w:tcPr>
            <w:tcW w:type="dxa" w:w="1587"/>
          </w:tcPr>
          <w:p>
            <w:r/>
            <w:r>
              <w:t>起きた日時</w:t>
            </w:r>
          </w:p>
        </w:tc>
        <w:tc>
          <w:tcPr>
            <w:tcW w:type="dxa" w:w="3118"/>
          </w:tcPr>
          <w:p>
            <w:r/>
            <w:r>
              <w:t xml:space="preserve">　　年　　月　　日　　時　　分 ～ 　　時　　分</w:t>
            </w:r>
          </w:p>
        </w:tc>
        <w:tc>
          <w:tcPr>
            <w:tcW w:type="dxa" w:w="1587"/>
          </w:tcPr>
          <w:p>
            <w:r/>
            <w:r>
              <w:t>場所・店舗</w:t>
            </w:r>
          </w:p>
        </w:tc>
        <w:tc>
          <w:tcPr>
            <w:tcW w:type="dxa" w:w="2778"/>
          </w:tcPr>
          <w:p>
            <w:r/>
          </w:p>
        </w:tc>
      </w:tr>
      <w:tr>
        <w:tc>
          <w:tcPr>
            <w:tcW w:type="dxa" w:w="1587"/>
          </w:tcPr>
          <w:p>
            <w:r/>
            <w:r>
              <w:t>手段</w:t>
            </w:r>
          </w:p>
        </w:tc>
        <w:tc>
          <w:tcPr>
            <w:tcW w:type="dxa" w:w="3118"/>
          </w:tcPr>
          <w:p>
            <w:r/>
            <w:r>
              <w:t>□ 対面　□ 電話　□ メール　□ SNS・ネット　□ その他（　　）</w:t>
            </w:r>
          </w:p>
        </w:tc>
        <w:tc>
          <w:tcPr>
            <w:tcW w:type="dxa" w:w="1587"/>
          </w:tcPr>
          <w:p>
            <w:r/>
            <w:r>
              <w:t>対応した人</w:t>
            </w:r>
          </w:p>
        </w:tc>
        <w:tc>
          <w:tcPr>
            <w:tcW w:type="dxa" w:w="2778"/>
          </w:tcPr>
          <w:p>
            <w:r/>
          </w:p>
        </w:tc>
      </w:tr>
    </w:tbl>
    <w:p/>
    <w:p>
      <w:pPr>
        <w:pStyle w:val="Heading2"/>
      </w:pPr>
      <w:r>
        <w:t>相手</w:t>
      </w:r>
    </w:p>
    <w:tbl>
      <w:tblPr>
        <w:tblStyle w:val="TableGrid"/>
        <w:tblW w:type="auto" w:w="0"/>
        <w:jc w:val="center"/>
        <w:tblBorders>
          <w:top w:val="single" w:sz="6" w:color="808080"/>
          <w:left w:val="single" w:sz="6" w:color="808080"/>
          <w:bottom w:val="single" w:sz="6" w:color="808080"/>
          <w:right w:val="single" w:sz="6" w:color="808080"/>
          <w:insideH w:val="single" w:sz="6" w:color="808080"/>
          <w:insideV w:val="single" w:sz="6" w:color="808080"/>
        </w:tblBorders>
        <w:tblLayout w:type="fixed"/>
        <w:tblLook w:firstColumn="1" w:firstRow="1" w:lastColumn="0" w:lastRow="0" w:noHBand="0" w:noVBand="1" w:val="04A0"/>
      </w:tblPr>
      <w:tblGrid>
        <w:gridCol w:w="3118"/>
        <w:gridCol w:w="5953"/>
      </w:tblGrid>
      <w:tr>
        <w:tc>
          <w:tcPr>
            <w:tcW w:type="dxa" w:w="3118"/>
          </w:tcPr>
          <w:p>
            <w:r/>
            <w:r>
              <w:t>分かる範囲で（氏名・特徴・連絡先・来店や着信の回数など）</w:t>
            </w:r>
          </w:p>
        </w:tc>
        <w:tc>
          <w:tcPr>
            <w:tcW w:type="dxa" w:w="5953"/>
          </w:tcPr>
          <w:p>
            <w:r/>
          </w:p>
        </w:tc>
      </w:tr>
      <w:tr>
        <w:tc>
          <w:tcPr>
            <w:tcW w:type="dxa" w:w="3118"/>
          </w:tcPr>
          <w:p>
            <w:r/>
            <w:r>
              <w:t>初めて／これまでにも</w:t>
            </w:r>
          </w:p>
        </w:tc>
        <w:tc>
          <w:tcPr>
            <w:tcW w:type="dxa" w:w="5953"/>
          </w:tcPr>
          <w:p>
            <w:r/>
            <w:r>
              <w:t>□ 初めて　□ 以前にもあった（　　回目くらい）</w:t>
            </w:r>
          </w:p>
        </w:tc>
      </w:tr>
    </w:tbl>
    <w:p/>
    <w:p>
      <w:pPr>
        <w:pStyle w:val="Heading2"/>
      </w:pPr>
      <w:r>
        <w:t>何があったか</w:t>
      </w:r>
    </w:p>
    <w:tbl>
      <w:tblPr>
        <w:tblStyle w:val="TableGrid"/>
        <w:tblW w:type="auto" w:w="0"/>
        <w:jc w:val="center"/>
        <w:tblBorders>
          <w:top w:val="single" w:sz="6" w:color="808080"/>
          <w:left w:val="single" w:sz="6" w:color="808080"/>
          <w:bottom w:val="single" w:sz="6" w:color="808080"/>
          <w:right w:val="single" w:sz="6" w:color="808080"/>
          <w:insideH w:val="single" w:sz="6" w:color="808080"/>
          <w:insideV w:val="single" w:sz="6" w:color="808080"/>
        </w:tblBorders>
        <w:tblLayout w:type="fixed"/>
        <w:tblLook w:firstColumn="1" w:firstRow="1" w:lastColumn="0" w:lastRow="0" w:noHBand="0" w:noVBand="1" w:val="04A0"/>
      </w:tblPr>
      <w:tblGrid>
        <w:gridCol w:w="3118"/>
        <w:gridCol w:w="5953"/>
      </w:tblGrid>
      <w:tr>
        <w:tc>
          <w:tcPr>
            <w:tcW w:type="dxa" w:w="3118"/>
          </w:tcPr>
          <w:p>
            <w:r/>
            <w:r>
              <w:t>行為の種類（あてはまるものすべて）</w:t>
            </w:r>
          </w:p>
        </w:tc>
        <w:tc>
          <w:tcPr>
            <w:tcW w:type="dxa" w:w="5953"/>
          </w:tcPr>
          <w:p>
            <w:r/>
            <w:r>
              <w:t>□ 暴行・威嚇　□ 暴言・侮辱　□ 脅迫　□ 土下座・謝罪の強要　□ 過度な要求　□ 長時間の拘束・居座り　□ 繰り返しの電話・要求　□ 撮影・SNSへの投稿　□ 性的な言動　□ その他</w:t>
            </w:r>
          </w:p>
        </w:tc>
      </w:tr>
      <w:tr>
        <w:tc>
          <w:tcPr>
            <w:tcW w:type="dxa" w:w="3118"/>
          </w:tcPr>
          <w:p>
            <w:r/>
            <w:r>
              <w:t>言われた言葉（できるだけそのまま）</w:t>
            </w:r>
          </w:p>
        </w:tc>
        <w:tc>
          <w:tcPr>
            <w:tcW w:type="dxa" w:w="5953"/>
          </w:tcPr>
          <w:p>
            <w:r/>
            <w:r>
              <w:br/>
              <w:br/>
              <w:br/>
            </w:r>
          </w:p>
        </w:tc>
      </w:tr>
      <w:tr>
        <w:tc>
          <w:tcPr>
            <w:tcW w:type="dxa" w:w="3118"/>
          </w:tcPr>
          <w:p>
            <w:r/>
            <w:r>
              <w:t>要求の内容</w:t>
            </w:r>
          </w:p>
        </w:tc>
        <w:tc>
          <w:tcPr>
            <w:tcW w:type="dxa" w:w="5953"/>
          </w:tcPr>
          <w:p>
            <w:r/>
            <w:r>
              <w:br/>
              <w:br/>
            </w:r>
          </w:p>
        </w:tc>
      </w:tr>
      <w:tr>
        <w:tc>
          <w:tcPr>
            <w:tcW w:type="dxa" w:w="3118"/>
          </w:tcPr>
          <w:p>
            <w:r/>
            <w:r>
              <w:t>こちらの対応と、どう終わったか</w:t>
            </w:r>
          </w:p>
        </w:tc>
        <w:tc>
          <w:tcPr>
            <w:tcW w:type="dxa" w:w="5953"/>
          </w:tcPr>
          <w:p>
            <w:r/>
            <w:r>
              <w:br/>
              <w:br/>
            </w:r>
          </w:p>
        </w:tc>
      </w:tr>
      <w:tr>
        <w:tc>
          <w:tcPr>
            <w:tcW w:type="dxa" w:w="3118"/>
          </w:tcPr>
          <w:p>
            <w:r/>
            <w:r>
              <w:t>深刻度</w:t>
            </w:r>
          </w:p>
        </w:tc>
        <w:tc>
          <w:tcPr>
            <w:tcW w:type="dxa" w:w="5953"/>
          </w:tcPr>
          <w:p>
            <w:r/>
            <w:r>
              <w:t>□ 低い　□ 中くらい　□ 高い（身の危険を感じた）</w:t>
            </w:r>
          </w:p>
        </w:tc>
      </w:tr>
      <w:tr>
        <w:tc>
          <w:tcPr>
            <w:tcW w:type="dxa" w:w="3118"/>
          </w:tcPr>
          <w:p>
            <w:r/>
            <w:r>
              <w:t>警察への通報・相談</w:t>
            </w:r>
          </w:p>
        </w:tc>
        <w:tc>
          <w:tcPr>
            <w:tcW w:type="dxa" w:w="5953"/>
          </w:tcPr>
          <w:p>
            <w:r/>
            <w:r>
              <w:t>□ なし　□ 通報した（　時　分）　□ 相談した</w:t>
            </w:r>
          </w:p>
        </w:tc>
      </w:tr>
      <w:tr>
        <w:tc>
          <w:tcPr>
            <w:tcW w:type="dxa" w:w="3118"/>
          </w:tcPr>
          <w:p>
            <w:r/>
            <w:r>
              <w:t>録音・録画・写真などの記録</w:t>
            </w:r>
          </w:p>
        </w:tc>
        <w:tc>
          <w:tcPr>
            <w:tcW w:type="dxa" w:w="5953"/>
          </w:tcPr>
          <w:p>
            <w:r/>
            <w:r>
              <w:t>□ なし　□ あり（保管場所：　　　）</w:t>
            </w:r>
          </w:p>
        </w:tc>
      </w:tr>
      <w:tr>
        <w:tc>
          <w:tcPr>
            <w:tcW w:type="dxa" w:w="3118"/>
          </w:tcPr>
          <w:p>
            <w:r/>
            <w:r>
              <w:t>その場にいた人・応援に来た人</w:t>
            </w:r>
          </w:p>
        </w:tc>
        <w:tc>
          <w:tcPr>
            <w:tcW w:type="dxa" w:w="5953"/>
          </w:tcPr>
          <w:p>
            <w:r/>
          </w:p>
        </w:tc>
      </w:tr>
    </w:tbl>
    <w:p/>
    <w:p>
      <w:pPr>
        <w:pStyle w:val="Heading2"/>
      </w:pPr>
      <w:r>
        <w:t>対応した人の状態</w:t>
      </w:r>
    </w:p>
    <w:tbl>
      <w:tblPr>
        <w:tblStyle w:val="TableGrid"/>
        <w:tblW w:type="auto" w:w="0"/>
        <w:jc w:val="center"/>
        <w:tblBorders>
          <w:top w:val="single" w:sz="6" w:color="808080"/>
          <w:left w:val="single" w:sz="6" w:color="808080"/>
          <w:bottom w:val="single" w:sz="6" w:color="808080"/>
          <w:right w:val="single" w:sz="6" w:color="808080"/>
          <w:insideH w:val="single" w:sz="6" w:color="808080"/>
          <w:insideV w:val="single" w:sz="6" w:color="808080"/>
        </w:tblBorders>
        <w:tblLayout w:type="fixed"/>
        <w:tblLook w:firstColumn="1" w:firstRow="1" w:lastColumn="0" w:lastRow="0" w:noHBand="0" w:noVBand="1" w:val="04A0"/>
      </w:tblPr>
      <w:tblGrid>
        <w:gridCol w:w="3118"/>
        <w:gridCol w:w="5953"/>
      </w:tblGrid>
      <w:tr>
        <w:tc>
          <w:tcPr>
            <w:tcW w:type="dxa" w:w="3118"/>
          </w:tcPr>
          <w:p>
            <w:r/>
            <w:r>
              <w:t>心の負担</w:t>
            </w:r>
          </w:p>
        </w:tc>
        <w:tc>
          <w:tcPr>
            <w:tcW w:type="dxa" w:w="5953"/>
          </w:tcPr>
          <w:p>
            <w:r/>
            <w:r>
              <w:t>□ ほとんどない　□ 少しある　□ かなりある　□ 仕事を続けるのがつらい</w:t>
            </w:r>
          </w:p>
        </w:tc>
      </w:tr>
      <w:tr>
        <w:tc>
          <w:tcPr>
            <w:tcW w:type="dxa" w:w="3118"/>
          </w:tcPr>
          <w:p>
            <w:r/>
            <w:r>
              <w:t>面談・相談の希望</w:t>
            </w:r>
          </w:p>
        </w:tc>
        <w:tc>
          <w:tcPr>
            <w:tcW w:type="dxa" w:w="5953"/>
          </w:tcPr>
          <w:p>
            <w:r/>
            <w:r>
              <w:t>□ なし　□ 責任者と話したい　□ 相談窓口と話したい　□ 産業医などと話したい</w:t>
            </w:r>
          </w:p>
        </w:tc>
      </w:tr>
    </w:tbl>
    <w:p/>
    <w:p>
      <w:pPr>
        <w:pStyle w:val="Heading2"/>
      </w:pPr>
      <w:r>
        <w:t>責任者が書く欄</w:t>
      </w:r>
    </w:p>
    <w:tbl>
      <w:tblPr>
        <w:tblStyle w:val="TableGrid"/>
        <w:tblW w:type="auto" w:w="0"/>
        <w:jc w:val="center"/>
        <w:tblBorders>
          <w:top w:val="single" w:sz="6" w:color="808080"/>
          <w:left w:val="single" w:sz="6" w:color="808080"/>
          <w:bottom w:val="single" w:sz="6" w:color="808080"/>
          <w:right w:val="single" w:sz="6" w:color="808080"/>
          <w:insideH w:val="single" w:sz="6" w:color="808080"/>
          <w:insideV w:val="single" w:sz="6" w:color="808080"/>
        </w:tblBorders>
        <w:tblLayout w:type="fixed"/>
        <w:tblLook w:firstColumn="1" w:firstRow="1" w:lastColumn="0" w:lastRow="0" w:noHBand="0" w:noVBand="1" w:val="04A0"/>
      </w:tblPr>
      <w:tblGrid>
        <w:gridCol w:w="3118"/>
        <w:gridCol w:w="5953"/>
      </w:tblGrid>
      <w:tr>
        <w:tc>
          <w:tcPr>
            <w:tcW w:type="dxa" w:w="3118"/>
          </w:tcPr>
          <w:p>
            <w:r/>
            <w:r>
              <w:t>確認した日・確認した人</w:t>
            </w:r>
          </w:p>
        </w:tc>
        <w:tc>
          <w:tcPr>
            <w:tcW w:type="dxa" w:w="5953"/>
          </w:tcPr>
          <w:p>
            <w:r/>
          </w:p>
        </w:tc>
      </w:tr>
      <w:tr>
        <w:tc>
          <w:tcPr>
            <w:tcW w:type="dxa" w:w="3118"/>
          </w:tcPr>
          <w:p>
            <w:r/>
            <w:r>
              <w:t>事実の確認（聞き取った人・確かめた記録）</w:t>
            </w:r>
          </w:p>
        </w:tc>
        <w:tc>
          <w:tcPr>
            <w:tcW w:type="dxa" w:w="5953"/>
          </w:tcPr>
          <w:p>
            <w:r/>
            <w:r>
              <w:br/>
            </w:r>
          </w:p>
        </w:tc>
      </w:tr>
      <w:tr>
        <w:tc>
          <w:tcPr>
            <w:tcW w:type="dxa" w:w="3118"/>
          </w:tcPr>
          <w:p>
            <w:r/>
            <w:r>
              <w:t>対応した人への配慮（担当の変更・休憩・面談など）</w:t>
            </w:r>
          </w:p>
        </w:tc>
        <w:tc>
          <w:tcPr>
            <w:tcW w:type="dxa" w:w="5953"/>
          </w:tcPr>
          <w:p>
            <w:r/>
            <w:r>
              <w:br/>
            </w:r>
          </w:p>
        </w:tc>
      </w:tr>
      <w:tr>
        <w:tc>
          <w:tcPr>
            <w:tcW w:type="dxa" w:w="3118"/>
          </w:tcPr>
          <w:p>
            <w:r/>
            <w:r>
              <w:t>相手への対処（警告・出入りのお断り・本部への報告など）</w:t>
            </w:r>
          </w:p>
        </w:tc>
        <w:tc>
          <w:tcPr>
            <w:tcW w:type="dxa" w:w="5953"/>
          </w:tcPr>
          <w:p>
            <w:r/>
            <w:r>
              <w:br/>
            </w:r>
          </w:p>
        </w:tc>
      </w:tr>
      <w:tr>
        <w:tc>
          <w:tcPr>
            <w:tcW w:type="dxa" w:w="3118"/>
          </w:tcPr>
          <w:p>
            <w:r/>
            <w:r>
              <w:t>再発防止（手順の見直し・周知・サービスの改善など）</w:t>
            </w:r>
          </w:p>
        </w:tc>
        <w:tc>
          <w:tcPr>
            <w:tcW w:type="dxa" w:w="5953"/>
          </w:tcPr>
          <w:p>
            <w:r/>
            <w:r>
              <w:br/>
            </w:r>
          </w:p>
        </w:tc>
      </w:tr>
    </w:tbl>
    <w:p/>
    <w:p>
      <w:r>
        <w:t>この記録票は</w:t>
      </w:r>
      <w:r>
        <w:rPr>
          <w:highlight w:val="yellow"/>
        </w:rPr>
        <w:t>【保管場所】</w:t>
      </w:r>
      <w:r>
        <w:t>で保管し、対応に必要な人だけが見られるようにします。</w:t>
      </w:r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808080"/>
        <w:sz w:val="15"/>
      </w:rPr>
      <w:t>このひな形は「カスハラ対策 チームガード」（Lumicode）が無料で配布しています。自由に書き換えてお使いください。法的な助言ではありません。就業規則の変更などは社会保険労務士・弁護士にご確認ください。 https://nakawa.net/team-guard/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游ゴシック" w:hAnsi="游ゴシック" w:eastAsia="游ゴシック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游ゴシック" w:hAnsi="游ゴシック" w:eastAsia="游ゴシック"/>
      <w:b/>
      <w:bCs/>
      <w:color w:val="1A2B4B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游ゴシック" w:hAnsi="游ゴシック" w:eastAsia="游ゴシック"/>
      <w:b/>
      <w:bCs/>
      <w:color w:val="1A2B4B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游ゴシック" w:hAnsi="游ゴシック" w:eastAsia="游ゴシック"/>
      <w:b/>
      <w:bCs/>
      <w:color w:val="1A2B4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游ゴシック" w:hAnsi="游ゴシック" w:eastAsia="游ゴシック"/>
      <w:color w:val="1A2B4B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